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 w:val="0"/>
          <w:rFonts w:ascii="Arial" w:hAnsi="Arial" w:cs="Arial"/>
          <w:sz w:val="96"/>
          <w:rtl/>
          <w:szCs w:val="96"/>
        </w:rPr>
        <w:t>🕯️</w:t>
      </w:r>
    </w:p>
    <w:p>
      <w:pPr>
        <w:bidi/>
        <w:jc w:val="center"/>
      </w:pPr>
      <w:r>
        <w:rPr>
          <w:b/>
          <w:rFonts w:ascii="Arial" w:hAnsi="Arial" w:cs="Arial"/>
          <w:color w:val="5B2A86"/>
          <w:sz w:val="52"/>
          <w:rtl/>
          <w:bCs/>
          <w:szCs w:val="52"/>
        </w:rPr>
        <w:t>שואה וגבורה</w:t>
      </w:r>
    </w:p>
    <w:p>
      <w:pPr>
        <w:bidi/>
        <w:jc w:val="center"/>
      </w:pPr>
      <w:r>
        <w:rPr>
          <w:b w:val="0"/>
          <w:rFonts w:ascii="Arial" w:hAnsi="Arial" w:cs="Arial"/>
          <w:sz w:val="28"/>
          <w:rtl/>
          <w:szCs w:val="28"/>
        </w:rPr>
        <w:t>ספרות לכיתה ז׳ – מסע ביצירות</w:t>
      </w:r>
    </w:p>
    <w:p>
      <w:pPr>
        <w:bidi/>
        <w:jc w:val="center"/>
      </w:pPr>
      <w:r>
        <w:rPr>
          <w:b w:val="0"/>
          <w:rFonts w:ascii="Arial" w:hAnsi="Arial" w:cs="Arial"/>
          <w:rtl/>
        </w:rPr>
        <w:t>מהדורה למורה + דפי תלמיד</w:t>
      </w:r>
    </w:p>
    <w:p>
      <w:pPr>
        <w:bidi/>
        <w:jc w:val="center"/>
      </w:pPr>
      <w:r>
        <w:rPr>
          <w:b w:val="0"/>
          <w:rFonts w:ascii="Arial" w:hAnsi="Arial" w:cs="Arial"/>
          <w:rtl/>
        </w:rPr>
        <w:t>יצרה: רוית ראש בן ישי</w:t>
      </w:r>
    </w:p>
    <w:p>
      <w:r>
        <w:br w:type="page"/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מהדורה למורה – שואה וגבורה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השאלה הגדולה: איך שומרים על קולו של אדם – ועל תקוותו – גם בתקופה החשוכה ביותר?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מערך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דקות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פתיחה רגועה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מסבירים שהשיעור עוסק בזיכרון ושכל שיתוף הוא רשות; מקרינים את השאלה הגדולה.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היכרות עם הכותב/ת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הצגה קצרה ועדינה של הכותב/ת מתוך האתר.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קריאה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קריאת היצירה מן המקראה הכיתתית בקול ובשקט.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שאלות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זוגות עונים על שאלות המידע והפרשנות.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סמל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דיון קצר בסמל מרכזי ביצירה.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סגירה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כרטיס יציאה ורגע שקט של מחשבה.</w:t>
            </w:r>
          </w:p>
        </w:tc>
      </w:tr>
    </w:tbl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מערך שיעור כפול –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דקות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פתיחה רגועה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הסכמות לשיחה מכבדת; שיתוף רשות.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רקע עדין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הסבר קצר על התקופה בלי תיאורים קשים, ממוקד באנשים.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קריאה בתחנות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תחנה לכל יצירה: פרפר, יומן, תפילה, אגדה.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שאלות מדורגות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מידע, פרשנות והערכה בקבוצות.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השוואה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כרטיס השוואה – הטבע כחלון לתקווה.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יצירה בתגובה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כתיבת מכתב, שיר קצר או ציור עם כיתוב.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פינת זיכרון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תליית יצירות (מי שרוצה) והקראה שקטה.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סגירה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כרטיס יציאה ונשימה משותפת.</w:t>
            </w:r>
          </w:p>
        </w:tc>
      </w:tr>
    </w:tbl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תשובות: אגדה על הילדים שנדדו ביערות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מאיזה מקור לקוח הסיפור שבפתיחת השיר?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מאגדה גרמנית מספרי האחים גרים על בן ובת שתעו ביער.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אומרת האחות לאחיה הקטן?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שישתוק ולא יבכה, שיהיה אמיץ, ושעוד מעט יגיעו; שעדיין יש טוב ומלאכים בעולם.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קורה כשהילדים מגיעים אל השער?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הם דופקים, אבל לאגדה אין סוף טוב: אף מלאך אינו יורד להציל אותם.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מדוע בחר המשורר דווקא באגדת ילדים מוכרת?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באגדה המוכרת יש סוף טוב; השינוי שלה מדגיש כמה המציאות של השואה הייתה שונה מכל סיפור, וכמה הילדים היו חסרי הגנה.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מלמדת דמות האחות?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היא מראה אחריות, אהבה ואומץ – ילדה שמנסה לשמור על אחיה ועל תקוותו גם כשהיא עצמה מפחדת.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הניגוד שבסוף השיר?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מצד אחד שלטון ענקי ואכזרי, ומצד שני ילד אחד קטן ובוכה. הניגוד מראה את חוסר האונים ואת חשיבות הקול של היחיד.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השיר משתמש באירוניה – מילים של תקווה מול מציאות קשה. האם זה מחזק את השיר? נמקו.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אישית: האירוניה מעוררת כאב ומחשבה, ומבליטה את הפער בין מה שהילדים קיוו לבין מה שקרה.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איזה מסר על אחריות ועל זיכרון אתם לוקחים מן השיר?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אישית: לא להפקיר את החלשים, לזכור את הילדים כבני אדם עם שמות, רגשות ותקוות.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תשובות: הפרפר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איזה צבע היה הפרפר?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צהוב, בהיר וזוהר.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כמה זמן נמצא הדובר בגטו לפי השיר?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שבעה שבועות.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אילו סימנים של טבע עוד רואה הדובר בגטו?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שן ארי צהובה וענף לבן־ירוק של עץ ערמון בחצר.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מסמל הפרפר?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חופש, יופי, קלילות ותקווה – כל מה שחסר לדובר בגטו.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מדוע הפרפר הוא "האחרון"?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הוא מסמל את הרגע האחרון של החיים החופשיים לפני הגטו; מאז הדובר לא ראה עוד פרפר.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פירוש המשפט שפרפרים אינם גרים בגטו?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בגטו אין מקום לחופש וליופי; זו דרך עדינה לומר כמה החיים שם היו מצומצמים וכבדים.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למה לדעתכם השיר הזה נעשה אחד הסמלים המוכרים של זיכרון הילדים בשואה?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אישית: הוא פשוט, עדין, מדבר דרך תמונה מן הטבע ומעביר רגש בלי תיאורים קשים.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איך אפשר לזכור אדם דרך היצירה שהשאיר? הציעו דרך משלכם.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אישית: הקראה, תערוכה, ציור פרפר עם שם, פינת זיכרון.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תשובות: הליכה לקיסריה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למי פונה הדוברת בשיר?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לאלוהים – "אלי, אלי".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אילו דברים היא מבקשת שלא ייגמרו? מנו חמישה.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החול, הים, רשרוש המים, ברק השמיים ותפילת האדם.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היכן נכתב השיר לפי שמו?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בהליכה לקיסריה, על חוף הים.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הסדר בשיר: מאיפה מתחילים ולאן מגיעים?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מתחילים בחול שעל האדמה, עוברים לים ולמים, עולים לשמיים ומסיימים באדם ובתפילתו – מסע מן הטבע אל האדם.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מדוע לדעתכם "תפילת האדם" מופיעה בסוף הרשימה?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כדי להראות שגם הקול של האדם, תקוותו ובקשתו, הם חלק מהעולם היפה שראוי שיימשך; האדם מצטרף לטבע.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איזה רגש מבטא השיר?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התפעלות, אהבה לעולם, תודה ושלווה.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השיר קצר מאוד. האם הקיצור מחזק או מחליש אותו? נמקו.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אישית: הקיצור הופך אותו לתפילה פשוטה שקל לזכור ולשיר.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מדוע לדעתכם השיר הזה נעשה חלק מטקסי זיכרון ומאירועים רבים?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אישית: הוא מבטא אהבה לחיים ותקווה, וקשור לסיפור האומץ של המשוררת.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תשובות: קטעים מיומנה של נערה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למי אנה כותבת ביומן ומדוע?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לחברה דמיונית בשם קיטי, כי אין לה חברה אמיתית שאפשר לספר לה הכול.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היכן הסתתרה המשפחה?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בחדרים נסתרים בבית עסק באמסטרדם, יחד עם אנשים נוספים.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מרגיע את אנה ונותן לה אומץ לפי אחד הקטעים?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מראה הטבע – השמיים, העננים, הירח והכוכבים, אף שהיא רואה אותם רק מבעד לחלון.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מלמד היחס של אנה לחברתה ליס על אופייה?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שהיא רגישה, אכפתית ומרגישה אחריות כלפי אחרים, ויש לה מצפון גדול גם כשהיא עצמה במצוקה.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פירוש התיאור העצמי "פקעת של סתירות"?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יש בה צדדים מנוגדים: עליזה ומצחיקה כלפי חוץ, ורצינית ורגישה בפנים. זה תיאור כן של נערה מתבגרת.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מדוע לדעתכם היומן חשוב לאנה כל כך?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הוא מקום בטוח לבטא רגשות, מחשבות וחלומות; הוא נותן לה קול וחופש בתוך מקום סגור.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במה אנה דומה לבני נוער היום, ובמה שונה מצבה? נמקו.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אישית: דומה ברגשות, בחברות, בוויכוחים עם הורים ובחלומות; שונה בכך שחייה היו בסכנה והיא נאלצה להסתתר.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למה לדעתכם היומן נקרא עד היום בכל העולם?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אישית: קול אישי וכן של נערה הופך את ההיסטוריה למוחשית ואנושית.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מחוון משימת הסיכום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קריטריון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נקודות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הבנת היצירה והקשרה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25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הסבר סמל או אמצעי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20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תגובה אישית מנומקת ומכבדת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20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יצירה מקורית בתגובה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25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לשון, סדר והגשה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סה״כ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100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b w:val="0"/>
          <w:rFonts w:ascii="Arial" w:hAnsi="Arial" w:cs="Arial"/>
          <w:color w:val="0F6E74"/>
          <w:sz w:val="18"/>
          <w:rtl/>
          <w:szCs w:val="18"/>
        </w:rPr>
        <w:t>שואה וגבורה · ספרות ז׳ · יצרה: רוית ראש בן ישי</w:t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אגדה על הילדים שנדדו ביערות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נתן אלתרמן · שיר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לפני הקריאה: איזו אגדה מוכרת לכם על ילדים שהולכים לאיבוד ביער? איך היא מסתיימת? מה קורה לאגדה כשהמציאות קשה מן הסיפור?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א׳ – מבינים את היצירה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מאיזה מקור לקוח הסיפור שבפתיחת השיר?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אומרת האחות לאחיה הקטן?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קורה כשהילדים מגיעים אל השער?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ב׳ – מפרשים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מדוע בחר המשורר דווקא באגדת ילדים מוכרת?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מלמדת דמות האחות?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הניגוד שבסוף השיר?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כלים ספרותיים – סמנו:   ◯ אירוניה  ◯ תפנית  ◯ ניגוד  ◯ דמות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ג׳ – מעריכים וכותבים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השיר משתמש באירוניה – מילים של תקווה מול מציאות קשה. האם זה מחזק את השיר? נמקו.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איזה מסר על אחריות ועל זיכרון אתם לוקחים מן השיר?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משימת כתיבה: כתבו מכתב קצר מן האחות לאחיה, שבו היא מנסה לתת לו כוח ותקווה. שימו לב למילים של אהבה ואחריות.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 w:val="0"/>
          <w:rFonts w:ascii="Arial" w:hAnsi="Arial" w:cs="Arial"/>
          <w:color w:val="0F6E74"/>
          <w:sz w:val="18"/>
          <w:rtl/>
          <w:szCs w:val="18"/>
        </w:rPr>
        <w:t>שואה וגבורה · ספרות ז׳ · יצרה: רוית ראש בן ישי</w:t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הפרפר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פאבל פרידמן (מילדי גטו טרזיינשטט) · שיר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לפני הקריאה: מה אתם מרגישים כשאתם רואים פרפר? כתבו שלוש מילים שהפרפר מעורר בכם.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א׳ – מבינים את היצירה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איזה צבע היה הפרפר?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כמה זמן נמצא הדובר בגטו לפי השיר?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אילו סימנים של טבע עוד רואה הדובר בגטו?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ב׳ – מפרשים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מה מסמל הפרפר?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מדוע הפרפר הוא "האחרון"?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פירוש המשפט שפרפרים אינם גרים בגטו?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כלים ספרותיים – סמנו:   ◯ סמל  ◯ ניגוד  ◯ האנשה  ◯ דימוי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ג׳ – מעריכים וכותבים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למה לדעתכם השיר הזה נעשה אחד הסמלים המוכרים של זיכרון הילדים בשואה?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איך אפשר לזכור אדם דרך היצירה שהשאיר? הציעו דרך משלכם.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משימת כתיבה: כתבו "מכתב לפרפר": מה הייתם רוצים לספר לו, ומה הייתם מבקשים שיביא לאנשים שזקוקים לתקווה.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 w:val="0"/>
          <w:rFonts w:ascii="Arial" w:hAnsi="Arial" w:cs="Arial"/>
          <w:color w:val="0F6E74"/>
          <w:sz w:val="18"/>
          <w:rtl/>
          <w:szCs w:val="18"/>
        </w:rPr>
        <w:t>שואה וגבורה · ספרות ז׳ · יצרה: רוית ראש בן ישי</w:t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הליכה לקיסריה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חנה סנש · שיר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לפני הקריאה: עצמו עיניים לרגע ודמיינו חוף ים בערב. אילו קולות אתם שומעים? מה הייתם רוצים שלא ייגמר לעולם?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א׳ – מבינים את היצירה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למי פונה הדוברת בשיר?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אילו דברים היא מבקשת שלא ייגמרו? מנו חמישה.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היכן נכתב השיר לפי שמו?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ב׳ – מפרשים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מה הסדר בשיר: מאיפה מתחילים ולאן מגיעים?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מדוע לדעתכם "תפילת האדם" מופיעה בסוף הרשימה?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איזה רגש מבטא השיר?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כלים ספרותיים – סמנו:   ◯ חריזה  ◯ חזרות  ◯ מבנה  ◯ דימוי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ג׳ – מעריכים וכותבים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השיר קצר מאוד. האם הקיצור מחזק או מחליש אותו? נמקו.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מדוע לדעתכם השיר הזה נעשה חלק מטקסי זיכרון ומאירועים רבים?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משימת כתיבה: כתבו שיר קצר בן חמש שורות שנפתח במילים "שלא ייגמר לעולם" ומונה דברים קטנים שאתם אוהבים.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 w:val="0"/>
          <w:rFonts w:ascii="Arial" w:hAnsi="Arial" w:cs="Arial"/>
          <w:color w:val="0F6E74"/>
          <w:sz w:val="18"/>
          <w:rtl/>
          <w:szCs w:val="18"/>
        </w:rPr>
        <w:t>שואה וגבורה · ספרות ז׳ · יצרה: רוית ראש בן ישי</w:t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קטעים מיומנה של נערה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אנה פרנק · יומן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לפני הקריאה: אם הייתם כותבים יומן, למי הייתם פונים בו? מה אפשר לספר ליומן שקשה לספר לאנשים?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א׳ – מבינים את היצירה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למי אנה כותבת ביומן ומדוע?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היכן הסתתרה המשפחה?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מרגיע את אנה ונותן לה אומץ לפי אחד הקטעים?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ב׳ – מפרשים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מה מלמד היחס של אנה לחברתה ליס על אופייה?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פירוש התיאור העצמי "פקעת של סתירות"?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מדוע לדעתכם היומן חשוב לאנה כל כך?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כלים ספרותיים – סמנו:   ◯ מספר  ◯ מבנה  ◯ דמות  ◯ ניגוד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ג׳ – מעריכים וכותבים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במה אנה דומה לבני נוער היום, ובמה שונה מצבה? נמקו.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למה לדעתכם היומן נקרא עד היום בכל העולם?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משימת כתיבה: כתבו קטע יומן קצר ("קיטי יקרה" או לחבר/ה דמיוני/ת משלכם) על יום אחד בחייכם: מה הרגשתם, ממה שמחתם ועל מה חלמתם.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משימת סיכום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הכינו "פינת זיכרון וקול" לכיתה: בחרו יצירה אחת מן היחידה וכתבו כרטיס הכולל הצגה קצרה של הכותב/ת (בעדינות ובכבוד), שורה או רעיון מרכזי, הסבר של סמל אחד, ומשפט אישי על מה שהיצירה מלמדת אתכם. לאחר מכן צרו יצירה קטנה משלכם בתגובה – שיר, מכתב או ציור עם כיתוב – המבטאת תקווה או זיכרון.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✂ - - - - - - - - - - - - - - - - - - - - - - - - - - -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כרטיס יציאה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איזה רגע או משפט מן היצירה נגע בי?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איזה סמל למדנו ומה הוא מבטא?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מילה אחת שאני לוקח/ת איתי מהשיעור.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